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B03DB9" w14:textId="77777777" w:rsidR="00B123AF" w:rsidRDefault="00000000">
      <w:pPr>
        <w:jc w:val="center"/>
      </w:pPr>
      <w:r>
        <w:t>MODELFOMULIER VOOR HERROEPING VAN DE KOOPOVEREENKOMST</w:t>
      </w:r>
    </w:p>
    <w:p w14:paraId="003CA01A" w14:textId="77777777" w:rsidR="00B123AF" w:rsidRDefault="00000000">
      <w:pPr>
        <w:jc w:val="center"/>
      </w:pPr>
      <w:r>
        <w:t>voor consumenten</w:t>
      </w:r>
    </w:p>
    <w:tbl>
      <w:tblPr>
        <w:tblW w:w="0" w:type="auto"/>
        <w:jc w:val="center"/>
        <w:tblLayout w:type="fixed"/>
        <w:tblLook w:val="04A0" w:firstRow="1" w:lastRow="0" w:firstColumn="1" w:lastColumn="0" w:noHBand="0" w:noVBand="1"/>
      </w:tblPr>
      <w:tblGrid>
        <w:gridCol w:w="5213"/>
        <w:gridCol w:w="5213"/>
      </w:tblGrid>
      <w:tr w:rsidR="00B123AF" w14:paraId="09F97A98" w14:textId="77777777">
        <w:trPr>
          <w:jc w:val="center"/>
        </w:trPr>
        <w:tc>
          <w:tcPr>
            <w:tcW w:w="5213" w:type="dxa"/>
            <w:shd w:val="clear" w:color="auto" w:fill="EDEDED"/>
            <w:tcMar>
              <w:top w:w="80" w:type="dxa"/>
              <w:left w:w="100" w:type="dxa"/>
              <w:bottom w:w="80" w:type="dxa"/>
              <w:right w:w="100" w:type="dxa"/>
            </w:tcMar>
          </w:tcPr>
          <w:p w14:paraId="30D6BA45" w14:textId="172CA90F" w:rsidR="001F1D6A" w:rsidRDefault="00000000">
            <w:r>
              <w:t>Verkoper</w:t>
            </w:r>
            <w:r>
              <w:br/>
              <w:t>DATAMATRIX s.r.o.</w:t>
            </w:r>
            <w:r>
              <w:br/>
              <w:t>IČ: 08220697</w:t>
            </w:r>
            <w:r>
              <w:br/>
              <w:t>info@eroute.</w:t>
            </w:r>
            <w:r w:rsidR="00213AF9">
              <w:t>nl</w:t>
            </w:r>
          </w:p>
        </w:tc>
        <w:tc>
          <w:tcPr>
            <w:tcW w:w="5213" w:type="dxa"/>
            <w:shd w:val="clear" w:color="auto" w:fill="EDEDED"/>
            <w:tcMar>
              <w:top w:w="80" w:type="dxa"/>
              <w:left w:w="100" w:type="dxa"/>
              <w:bottom w:w="80" w:type="dxa"/>
              <w:right w:w="100" w:type="dxa"/>
            </w:tcMar>
          </w:tcPr>
          <w:p w14:paraId="38B4C515" w14:textId="77777777" w:rsidR="001F1D6A" w:rsidRDefault="00000000">
            <w:r>
              <w:t>Retouradres</w:t>
            </w:r>
            <w:r>
              <w:br/>
              <w:t>Stará Kysibelská 695/73b</w:t>
            </w:r>
            <w:r>
              <w:br/>
              <w:t>360 20 Karlovy Vary 1</w:t>
            </w:r>
          </w:p>
        </w:tc>
      </w:tr>
    </w:tbl>
    <w:p w14:paraId="42E0C307" w14:textId="77777777" w:rsidR="00B123AF" w:rsidRDefault="00000000">
      <w:r>
        <w:t>Hierbij deel ik mee dat ik de met de verkoper gesloten koopovereenkomst met betrekking tot de hieronder vermelde goederen herroep:</w:t>
      </w:r>
    </w:p>
    <w:p w14:paraId="43A6CB05" w14:textId="77777777" w:rsidR="00B123AF" w:rsidRDefault="00000000">
      <w:r>
        <w:t>Goederen:</w:t>
      </w:r>
    </w:p>
    <w:p w14:paraId="70C752BC"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354356BC" w14:textId="77777777">
        <w:trPr>
          <w:jc w:val="center"/>
        </w:trPr>
        <w:tc>
          <w:tcPr>
            <w:tcW w:w="5213" w:type="dxa"/>
            <w:tcMar>
              <w:top w:w="80" w:type="dxa"/>
              <w:left w:w="100" w:type="dxa"/>
              <w:bottom w:w="80" w:type="dxa"/>
              <w:right w:w="100" w:type="dxa"/>
            </w:tcMar>
            <w:vAlign w:val="center"/>
          </w:tcPr>
          <w:p w14:paraId="29BDE0EC" w14:textId="77777777" w:rsidR="001F1D6A" w:rsidRDefault="00000000">
            <w:r>
              <w:t>Bestelnummer / nummer verkoopbewijs:</w:t>
            </w:r>
            <w:r>
              <w:br/>
              <w:t>........................................................</w:t>
            </w:r>
          </w:p>
        </w:tc>
        <w:tc>
          <w:tcPr>
            <w:tcW w:w="5213" w:type="dxa"/>
            <w:tcMar>
              <w:top w:w="80" w:type="dxa"/>
              <w:left w:w="100" w:type="dxa"/>
              <w:bottom w:w="80" w:type="dxa"/>
              <w:right w:w="100" w:type="dxa"/>
            </w:tcMar>
            <w:vAlign w:val="center"/>
          </w:tcPr>
          <w:p w14:paraId="746A837D" w14:textId="77777777" w:rsidR="001F1D6A" w:rsidRDefault="00000000">
            <w:r>
              <w:br/>
              <w:t>........................................................</w:t>
            </w:r>
          </w:p>
        </w:tc>
      </w:tr>
      <w:tr w:rsidR="00B123AF" w14:paraId="21D4BBD2" w14:textId="77777777">
        <w:trPr>
          <w:jc w:val="center"/>
        </w:trPr>
        <w:tc>
          <w:tcPr>
            <w:tcW w:w="5213" w:type="dxa"/>
            <w:tcMar>
              <w:top w:w="80" w:type="dxa"/>
              <w:left w:w="100" w:type="dxa"/>
              <w:bottom w:w="80" w:type="dxa"/>
              <w:right w:w="100" w:type="dxa"/>
            </w:tcMar>
            <w:vAlign w:val="center"/>
          </w:tcPr>
          <w:p w14:paraId="73633B97" w14:textId="77777777" w:rsidR="001F1D6A" w:rsidRDefault="00000000">
            <w:r>
              <w:t>Besteldatum:</w:t>
            </w:r>
            <w:r>
              <w:br/>
              <w:t>........................................................</w:t>
            </w:r>
          </w:p>
        </w:tc>
        <w:tc>
          <w:tcPr>
            <w:tcW w:w="5213" w:type="dxa"/>
            <w:tcMar>
              <w:top w:w="80" w:type="dxa"/>
              <w:left w:w="100" w:type="dxa"/>
              <w:bottom w:w="80" w:type="dxa"/>
              <w:right w:w="100" w:type="dxa"/>
            </w:tcMar>
            <w:vAlign w:val="center"/>
          </w:tcPr>
          <w:p w14:paraId="40F21321" w14:textId="77777777" w:rsidR="001F1D6A" w:rsidRDefault="00000000">
            <w:r>
              <w:t>Datum ontvangst goederen:</w:t>
            </w:r>
            <w:r>
              <w:br/>
              <w:t>........................................................</w:t>
            </w:r>
          </w:p>
        </w:tc>
      </w:tr>
      <w:tr w:rsidR="00B123AF" w14:paraId="0B8BF227" w14:textId="77777777">
        <w:trPr>
          <w:jc w:val="center"/>
        </w:trPr>
        <w:tc>
          <w:tcPr>
            <w:tcW w:w="5213" w:type="dxa"/>
            <w:tcMar>
              <w:top w:w="80" w:type="dxa"/>
              <w:left w:w="100" w:type="dxa"/>
              <w:bottom w:w="80" w:type="dxa"/>
              <w:right w:w="100" w:type="dxa"/>
            </w:tcMar>
            <w:vAlign w:val="center"/>
          </w:tcPr>
          <w:p w14:paraId="7936312A" w14:textId="77777777" w:rsidR="001F1D6A" w:rsidRDefault="00000000">
            <w:r>
              <w:t>Voor- en achternaam consument:</w:t>
            </w:r>
            <w:r>
              <w:br/>
              <w:t>........................................................</w:t>
            </w:r>
          </w:p>
        </w:tc>
        <w:tc>
          <w:tcPr>
            <w:tcW w:w="5213" w:type="dxa"/>
            <w:tcMar>
              <w:top w:w="80" w:type="dxa"/>
              <w:left w:w="100" w:type="dxa"/>
              <w:bottom w:w="80" w:type="dxa"/>
              <w:right w:w="100" w:type="dxa"/>
            </w:tcMar>
            <w:vAlign w:val="center"/>
          </w:tcPr>
          <w:p w14:paraId="2F091C35" w14:textId="77777777" w:rsidR="001F1D6A" w:rsidRDefault="00000000">
            <w:r>
              <w:t>Telefoon / e-mail:</w:t>
            </w:r>
            <w:r>
              <w:br/>
              <w:t>........................................................</w:t>
            </w:r>
          </w:p>
        </w:tc>
      </w:tr>
    </w:tbl>
    <w:p w14:paraId="12D56DEE" w14:textId="77777777" w:rsidR="00B123AF" w:rsidRDefault="00000000">
      <w:r>
        <w:t>Adres van de consument:</w:t>
      </w:r>
    </w:p>
    <w:p w14:paraId="20E6F9F0" w14:textId="77777777" w:rsidR="00B123AF" w:rsidRDefault="00000000">
      <w:pPr>
        <w:spacing w:after="40"/>
      </w:pPr>
      <w:r>
        <w:t>................................................................................................................................................................</w:t>
      </w:r>
    </w:p>
    <w:p w14:paraId="580F21AF" w14:textId="77777777" w:rsidR="00B123AF" w:rsidRDefault="00000000">
      <w:r>
        <w:t>Wijze van retournering van de goederen aan de verkoper:</w:t>
      </w:r>
    </w:p>
    <w:p w14:paraId="578C2AF0" w14:textId="77777777" w:rsidR="00B123AF" w:rsidRDefault="00000000">
      <w:pPr>
        <w:spacing w:after="80"/>
      </w:pPr>
      <w:r>
        <w:t>☐ persoonlijk op bovenstaand adres     ☐ via een vervoerder / op een andere wijze</w:t>
      </w:r>
    </w:p>
    <w:p w14:paraId="37581666" w14:textId="77777777" w:rsidR="00B123AF" w:rsidRDefault="00000000">
      <w:r>
        <w:t>Terugbetaling:</w:t>
      </w:r>
    </w:p>
    <w:p w14:paraId="49601F65" w14:textId="77777777" w:rsidR="00B123AF" w:rsidRDefault="00000000">
      <w:r>
        <w:t>De betalingen worden terugbetaald via dezelfde betaalmethode als waarmee de verkoper deze heeft ontvangen, tenzij partijen anders overeenkomen. Indien ik terugbetaling op een bankrekening wens, vermeld ik:</w:t>
      </w:r>
    </w:p>
    <w:p w14:paraId="07A14574" w14:textId="77777777" w:rsidR="00B123AF" w:rsidRDefault="00000000">
      <w:r>
        <w:t>Rekeningnummer: ........................................................ / ....................</w:t>
      </w:r>
    </w:p>
    <w:p w14:paraId="50F22BDC" w14:textId="24521DE1" w:rsidR="00B123AF" w:rsidRDefault="00000000">
      <w:pPr>
        <w:spacing w:before="60" w:after="120"/>
      </w:pPr>
      <w:r>
        <w:t xml:space="preserve">Informatie over herroeping: De goederen moeten uiterlijk binnen 14 dagen na de herroeping van de overeenkomst aan de verkoper worden teruggezonden. De kosten voor het retourneren van de goederen zijn voor rekening van de consument, ook wanneer de goederen vanwege hun aard niet via de gebruikelijke post kunnen worden teruggezonden. De verkoper is niet verplicht de ontvangen betalingen terug te betalen voordat de consument de goederen heeft teruggegeven of heeft aangetoond dat hij deze aan de verkoper heeft verzonden. Nadere bepalingen zijn opgenomen in artikel 5 van de algemene voorwaarden van </w:t>
      </w:r>
      <w:proofErr w:type="spellStart"/>
      <w:r>
        <w:t>Eroute</w:t>
      </w:r>
      <w:proofErr w:type="spellEnd"/>
      <w:r>
        <w:t xml:space="preserve">, </w:t>
      </w:r>
      <w:proofErr w:type="spellStart"/>
      <w:r>
        <w:t>beschikbaar</w:t>
      </w:r>
      <w:proofErr w:type="spellEnd"/>
      <w:r>
        <w:t xml:space="preserve"> op </w:t>
      </w:r>
      <w:r w:rsidR="005C352E" w:rsidRPr="005C352E">
        <w:t>https://www.eroute.be/algemene-voorwaarden/</w:t>
      </w:r>
      <w:r w:rsidR="005C352E">
        <w:t>.</w:t>
      </w:r>
    </w:p>
    <w:tbl>
      <w:tblPr>
        <w:tblW w:w="0" w:type="auto"/>
        <w:jc w:val="center"/>
        <w:tblLook w:val="04A0" w:firstRow="1" w:lastRow="0" w:firstColumn="1" w:lastColumn="0" w:noHBand="0" w:noVBand="1"/>
      </w:tblPr>
      <w:tblGrid>
        <w:gridCol w:w="3475"/>
        <w:gridCol w:w="3475"/>
        <w:gridCol w:w="3475"/>
      </w:tblGrid>
      <w:tr w:rsidR="00B123AF" w14:paraId="664D2B63" w14:textId="77777777">
        <w:trPr>
          <w:jc w:val="center"/>
        </w:trPr>
        <w:tc>
          <w:tcPr>
            <w:tcW w:w="3475" w:type="dxa"/>
            <w:tcMar>
              <w:top w:w="100" w:type="dxa"/>
              <w:left w:w="80" w:type="dxa"/>
              <w:bottom w:w="100" w:type="dxa"/>
              <w:right w:w="80" w:type="dxa"/>
            </w:tcMar>
          </w:tcPr>
          <w:p w14:paraId="75898404" w14:textId="77777777" w:rsidR="001F1D6A" w:rsidRDefault="00000000">
            <w:r>
              <w:t>Te ........................................</w:t>
            </w:r>
          </w:p>
        </w:tc>
        <w:tc>
          <w:tcPr>
            <w:tcW w:w="3475" w:type="dxa"/>
            <w:tcMar>
              <w:top w:w="100" w:type="dxa"/>
              <w:left w:w="80" w:type="dxa"/>
              <w:bottom w:w="100" w:type="dxa"/>
              <w:right w:w="80" w:type="dxa"/>
            </w:tcMar>
          </w:tcPr>
          <w:p w14:paraId="379A7947" w14:textId="77777777" w:rsidR="001F1D6A" w:rsidRDefault="00000000">
            <w:r>
              <w:t>datum ........................................</w:t>
            </w:r>
          </w:p>
        </w:tc>
        <w:tc>
          <w:tcPr>
            <w:tcW w:w="3475" w:type="dxa"/>
            <w:tcMar>
              <w:top w:w="100" w:type="dxa"/>
              <w:left w:w="80" w:type="dxa"/>
              <w:bottom w:w="100" w:type="dxa"/>
              <w:right w:w="80" w:type="dxa"/>
            </w:tcMar>
          </w:tcPr>
          <w:p w14:paraId="3C2B5AF5" w14:textId="77777777" w:rsidR="001F1D6A" w:rsidRDefault="00000000">
            <w:r>
              <w:t>Handtekening consument:</w:t>
            </w:r>
            <w:r>
              <w:br/>
              <w:t>........................................</w:t>
            </w:r>
          </w:p>
        </w:tc>
      </w:tr>
    </w:tbl>
    <w:p w14:paraId="3986729F" w14:textId="77777777" w:rsidR="00B123AF" w:rsidRDefault="00000000">
      <w:pPr>
        <w:spacing w:before="140"/>
      </w:pPr>
      <w:r>
        <w:t>Opmerking: Het gebruik van dit formulier is niet verplicht. Herroeping kan ook worden gedaan via de herroepingsfunctie in de webinterface van de winkel overeenkomstig artikel 5.8 van de algemene voorwaarden.</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1D6A"/>
    <w:rsid w:val="00213AF9"/>
    <w:rsid w:val="0029639D"/>
    <w:rsid w:val="00326F90"/>
    <w:rsid w:val="00434B9D"/>
    <w:rsid w:val="005C352E"/>
    <w:rsid w:val="00AA1D8D"/>
    <w:rsid w:val="00B123AF"/>
    <w:rsid w:val="00B47730"/>
    <w:rsid w:val="00BC031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093465"/>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2404</Characters>
  <Application>Microsoft Office Word</Application>
  <DocSecurity>0</DocSecurity>
  <Lines>37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2</cp:revision>
  <dcterms:created xsi:type="dcterms:W3CDTF">2026-10-04T17:39:00Z</dcterms:created>
  <dcterms:modified xsi:type="dcterms:W3CDTF">2026-10-04T17:39:00Z</dcterms:modified>
  <cp:category/>
</cp:coreProperties>
</file>