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8C3151" w14:textId="77777777" w:rsidR="00B123AF" w:rsidRDefault="00000000">
      <w:pPr>
        <w:jc w:val="center"/>
      </w:pPr>
      <w:r>
        <w:t>FORMULAIRE TYPE DE RÉTRACTATION DU CONTRAT DE VENTE</w:t>
      </w:r>
    </w:p>
    <w:p w14:paraId="3F4CAAF2" w14:textId="77777777" w:rsidR="00B123AF" w:rsidRDefault="00000000">
      <w:pPr>
        <w:jc w:val="center"/>
      </w:pPr>
      <w:r>
        <w:t>pour les consommateurs</w:t>
      </w:r>
    </w:p>
    <w:tbl>
      <w:tblPr>
        <w:tblW w:w="0" w:type="auto"/>
        <w:jc w:val="center"/>
        <w:tblLayout w:type="fixed"/>
        <w:tblLook w:val="04A0" w:firstRow="1" w:lastRow="0" w:firstColumn="1" w:lastColumn="0" w:noHBand="0" w:noVBand="1"/>
      </w:tblPr>
      <w:tblGrid>
        <w:gridCol w:w="5213"/>
        <w:gridCol w:w="5213"/>
      </w:tblGrid>
      <w:tr w:rsidR="00B123AF" w14:paraId="14235A40" w14:textId="77777777">
        <w:trPr>
          <w:jc w:val="center"/>
        </w:trPr>
        <w:tc>
          <w:tcPr>
            <w:tcW w:w="5213" w:type="dxa"/>
            <w:shd w:val="clear" w:color="auto" w:fill="EDEDED"/>
            <w:tcMar>
              <w:top w:w="80" w:type="dxa"/>
              <w:left w:w="100" w:type="dxa"/>
              <w:bottom w:w="80" w:type="dxa"/>
              <w:right w:w="100" w:type="dxa"/>
            </w:tcMar>
          </w:tcPr>
          <w:p w14:paraId="7B46DA6E" w14:textId="6043ECB1" w:rsidR="00B421FF" w:rsidRDefault="00000000">
            <w:r>
              <w:t>Vendeur</w:t>
            </w:r>
            <w:r>
              <w:br/>
              <w:t>DATAMATRIX s.r.o.</w:t>
            </w:r>
            <w:r>
              <w:br/>
              <w:t>IČ: 08220697</w:t>
            </w:r>
            <w:r>
              <w:br/>
              <w:t>info@eroute.</w:t>
            </w:r>
            <w:r w:rsidR="00347ED2">
              <w:t>ch</w:t>
            </w:r>
          </w:p>
        </w:tc>
        <w:tc>
          <w:tcPr>
            <w:tcW w:w="5213" w:type="dxa"/>
            <w:shd w:val="clear" w:color="auto" w:fill="EDEDED"/>
            <w:tcMar>
              <w:top w:w="80" w:type="dxa"/>
              <w:left w:w="100" w:type="dxa"/>
              <w:bottom w:w="80" w:type="dxa"/>
              <w:right w:w="100" w:type="dxa"/>
            </w:tcMar>
          </w:tcPr>
          <w:p w14:paraId="6836A9F7" w14:textId="77777777" w:rsidR="00B421FF" w:rsidRDefault="00000000">
            <w:r>
              <w:t>Adresse de retour des marchandises</w:t>
            </w:r>
            <w:r>
              <w:br/>
              <w:t>Stará Kysibelská 695/73b</w:t>
            </w:r>
            <w:r>
              <w:br/>
              <w:t>360 20 Karlovy Vary 1</w:t>
            </w:r>
          </w:p>
        </w:tc>
      </w:tr>
    </w:tbl>
    <w:p w14:paraId="2B4A03D8" w14:textId="77777777" w:rsidR="00B123AF" w:rsidRDefault="00000000">
      <w:r>
        <w:t>Je vous informe par la présente que je me rétracte du contrat de vente conclu avec le vendeur concernant le bien indiqué ci-dessous :</w:t>
      </w:r>
    </w:p>
    <w:p w14:paraId="518250F5" w14:textId="77777777" w:rsidR="00B123AF" w:rsidRDefault="00000000">
      <w:r>
        <w:t>Bien :</w:t>
      </w:r>
    </w:p>
    <w:p w14:paraId="0F689887" w14:textId="77777777" w:rsidR="00B123AF" w:rsidRDefault="00000000">
      <w:pPr>
        <w:spacing w:after="40"/>
      </w:pPr>
      <w:r>
        <w:t>................................................................................................................................................................</w:t>
      </w:r>
    </w:p>
    <w:tbl>
      <w:tblPr>
        <w:tblW w:w="0" w:type="auto"/>
        <w:jc w:val="center"/>
        <w:tblLayout w:type="fixed"/>
        <w:tblLook w:val="04A0" w:firstRow="1" w:lastRow="0" w:firstColumn="1" w:lastColumn="0" w:noHBand="0" w:noVBand="1"/>
      </w:tblPr>
      <w:tblGrid>
        <w:gridCol w:w="5213"/>
        <w:gridCol w:w="5213"/>
      </w:tblGrid>
      <w:tr w:rsidR="00B123AF" w14:paraId="24D25950" w14:textId="77777777">
        <w:trPr>
          <w:jc w:val="center"/>
        </w:trPr>
        <w:tc>
          <w:tcPr>
            <w:tcW w:w="5213" w:type="dxa"/>
            <w:tcMar>
              <w:top w:w="80" w:type="dxa"/>
              <w:left w:w="100" w:type="dxa"/>
              <w:bottom w:w="80" w:type="dxa"/>
              <w:right w:w="100" w:type="dxa"/>
            </w:tcMar>
            <w:vAlign w:val="center"/>
          </w:tcPr>
          <w:p w14:paraId="3AB03E7F" w14:textId="77777777" w:rsidR="00B421FF" w:rsidRDefault="00000000">
            <w:r>
              <w:t>Numéro de commande / justificatif de vente :</w:t>
            </w:r>
            <w:r>
              <w:br/>
              <w:t>........................................................</w:t>
            </w:r>
          </w:p>
        </w:tc>
        <w:tc>
          <w:tcPr>
            <w:tcW w:w="5213" w:type="dxa"/>
            <w:tcMar>
              <w:top w:w="80" w:type="dxa"/>
              <w:left w:w="100" w:type="dxa"/>
              <w:bottom w:w="80" w:type="dxa"/>
              <w:right w:w="100" w:type="dxa"/>
            </w:tcMar>
            <w:vAlign w:val="center"/>
          </w:tcPr>
          <w:p w14:paraId="165A649B" w14:textId="77777777" w:rsidR="00B421FF" w:rsidRDefault="00000000">
            <w:r>
              <w:br/>
              <w:t>........................................................</w:t>
            </w:r>
          </w:p>
        </w:tc>
      </w:tr>
      <w:tr w:rsidR="00B123AF" w14:paraId="01F2EC33" w14:textId="77777777">
        <w:trPr>
          <w:jc w:val="center"/>
        </w:trPr>
        <w:tc>
          <w:tcPr>
            <w:tcW w:w="5213" w:type="dxa"/>
            <w:tcMar>
              <w:top w:w="80" w:type="dxa"/>
              <w:left w:w="100" w:type="dxa"/>
              <w:bottom w:w="80" w:type="dxa"/>
              <w:right w:w="100" w:type="dxa"/>
            </w:tcMar>
            <w:vAlign w:val="center"/>
          </w:tcPr>
          <w:p w14:paraId="34B92516" w14:textId="77777777" w:rsidR="00B421FF" w:rsidRDefault="00000000">
            <w:r>
              <w:t>Date de commande :</w:t>
            </w:r>
            <w:r>
              <w:br/>
              <w:t>........................................................</w:t>
            </w:r>
          </w:p>
        </w:tc>
        <w:tc>
          <w:tcPr>
            <w:tcW w:w="5213" w:type="dxa"/>
            <w:tcMar>
              <w:top w:w="80" w:type="dxa"/>
              <w:left w:w="100" w:type="dxa"/>
              <w:bottom w:w="80" w:type="dxa"/>
              <w:right w:w="100" w:type="dxa"/>
            </w:tcMar>
            <w:vAlign w:val="center"/>
          </w:tcPr>
          <w:p w14:paraId="3DD07A5C" w14:textId="77777777" w:rsidR="00B421FF" w:rsidRDefault="00000000">
            <w:r>
              <w:t>Date de réception du bien :</w:t>
            </w:r>
            <w:r>
              <w:br/>
              <w:t>........................................................</w:t>
            </w:r>
          </w:p>
        </w:tc>
      </w:tr>
      <w:tr w:rsidR="00B123AF" w14:paraId="6AAF8C60" w14:textId="77777777">
        <w:trPr>
          <w:jc w:val="center"/>
        </w:trPr>
        <w:tc>
          <w:tcPr>
            <w:tcW w:w="5213" w:type="dxa"/>
            <w:tcMar>
              <w:top w:w="80" w:type="dxa"/>
              <w:left w:w="100" w:type="dxa"/>
              <w:bottom w:w="80" w:type="dxa"/>
              <w:right w:w="100" w:type="dxa"/>
            </w:tcMar>
            <w:vAlign w:val="center"/>
          </w:tcPr>
          <w:p w14:paraId="5F5C0CA9" w14:textId="77777777" w:rsidR="00B421FF" w:rsidRDefault="00000000">
            <w:r>
              <w:t>Nom et prénom du consommateur :</w:t>
            </w:r>
            <w:r>
              <w:br/>
              <w:t>........................................................</w:t>
            </w:r>
          </w:p>
        </w:tc>
        <w:tc>
          <w:tcPr>
            <w:tcW w:w="5213" w:type="dxa"/>
            <w:tcMar>
              <w:top w:w="80" w:type="dxa"/>
              <w:left w:w="100" w:type="dxa"/>
              <w:bottom w:w="80" w:type="dxa"/>
              <w:right w:w="100" w:type="dxa"/>
            </w:tcMar>
            <w:vAlign w:val="center"/>
          </w:tcPr>
          <w:p w14:paraId="695E88B6" w14:textId="77777777" w:rsidR="00B421FF" w:rsidRDefault="00000000">
            <w:r>
              <w:t>Téléphone / e-mail :</w:t>
            </w:r>
            <w:r>
              <w:br/>
              <w:t>........................................................</w:t>
            </w:r>
          </w:p>
        </w:tc>
      </w:tr>
    </w:tbl>
    <w:p w14:paraId="6BA92C0B" w14:textId="77777777" w:rsidR="00B123AF" w:rsidRDefault="00000000">
      <w:r>
        <w:t>Adresse du consommateur :</w:t>
      </w:r>
    </w:p>
    <w:p w14:paraId="540B94C9" w14:textId="77777777" w:rsidR="00B123AF" w:rsidRDefault="00000000">
      <w:pPr>
        <w:spacing w:after="40"/>
      </w:pPr>
      <w:r>
        <w:t>................................................................................................................................................................</w:t>
      </w:r>
    </w:p>
    <w:p w14:paraId="5B57C759" w14:textId="77777777" w:rsidR="00B123AF" w:rsidRDefault="00000000">
      <w:r>
        <w:t>Mode de retour du bien au vendeur :</w:t>
      </w:r>
    </w:p>
    <w:p w14:paraId="5187837D" w14:textId="77777777" w:rsidR="00B123AF" w:rsidRDefault="00000000">
      <w:pPr>
        <w:spacing w:after="80"/>
      </w:pPr>
      <w:r>
        <w:t>☐ en personne à l’adresse indiquée ci-dessus     ☐ par transporteur / autre moyen</w:t>
      </w:r>
    </w:p>
    <w:p w14:paraId="56CC2A4D" w14:textId="77777777" w:rsidR="00B123AF" w:rsidRDefault="00000000">
      <w:r>
        <w:t>Remboursement :</w:t>
      </w:r>
    </w:p>
    <w:p w14:paraId="717FA848" w14:textId="77777777" w:rsidR="00B123AF" w:rsidRDefault="00000000">
      <w:r>
        <w:t>Les sommes versées seront remboursées selon le même moyen de paiement que celui utilisé pour leur réception par le vendeur, sauf accord contraire entre les parties. Si je souhaite un remboursement sur un compte bancaire, j’indique :</w:t>
      </w:r>
    </w:p>
    <w:p w14:paraId="4967C9F7" w14:textId="77777777" w:rsidR="00B123AF" w:rsidRDefault="00000000">
      <w:r>
        <w:t>Numéro de compte : ........................................................ / ....................</w:t>
      </w:r>
    </w:p>
    <w:p w14:paraId="2DBBF3A8" w14:textId="7487FFBD" w:rsidR="00B123AF" w:rsidRDefault="00000000">
      <w:pPr>
        <w:spacing w:before="60" w:after="120"/>
      </w:pPr>
      <w:r>
        <w:t xml:space="preserve">Informations relatives à la rétractation : Le bien doit être retourné au vendeur au plus tard dans les 14 jours suivant la rétractation du contrat. Les frais liés au retour du bien sont à la charge du consommateur, y compris lorsque, en raison de sa nature, le bien ne peut pas être retourné par voie postale ordinaire. Le vendeur n’est pas tenu de rembourser les sommes reçues avant que le consommateur ne lui ait retourné le bien ou n’ait fourni la preuve de son expédition au vendeur. Les modalités détaillées sont prévues à l’article 5 des conditions générales de vente Eroute, </w:t>
      </w:r>
      <w:proofErr w:type="spellStart"/>
      <w:r>
        <w:t>disponibles à</w:t>
      </w:r>
      <w:proofErr w:type="spellEnd"/>
      <w:r>
        <w:t xml:space="preserve"> </w:t>
      </w:r>
      <w:proofErr w:type="spellStart"/>
      <w:r>
        <w:t>l’adresse</w:t>
      </w:r>
      <w:proofErr w:type="spellEnd"/>
      <w:r>
        <w:t xml:space="preserve"> </w:t>
      </w:r>
      <w:r w:rsidR="00F80E4D" w:rsidRPr="00F80E4D">
        <w:t>https://www.eroute.be/fr/algemene-voorwaarden/</w:t>
      </w:r>
      <w:r w:rsidR="00F80E4D">
        <w:t>.</w:t>
      </w:r>
    </w:p>
    <w:tbl>
      <w:tblPr>
        <w:tblW w:w="0" w:type="auto"/>
        <w:jc w:val="center"/>
        <w:tblLook w:val="04A0" w:firstRow="1" w:lastRow="0" w:firstColumn="1" w:lastColumn="0" w:noHBand="0" w:noVBand="1"/>
      </w:tblPr>
      <w:tblGrid>
        <w:gridCol w:w="3475"/>
        <w:gridCol w:w="3475"/>
        <w:gridCol w:w="3475"/>
      </w:tblGrid>
      <w:tr w:rsidR="00B123AF" w14:paraId="4160D606" w14:textId="77777777">
        <w:trPr>
          <w:jc w:val="center"/>
        </w:trPr>
        <w:tc>
          <w:tcPr>
            <w:tcW w:w="3475" w:type="dxa"/>
            <w:tcMar>
              <w:top w:w="100" w:type="dxa"/>
              <w:left w:w="80" w:type="dxa"/>
              <w:bottom w:w="100" w:type="dxa"/>
              <w:right w:w="80" w:type="dxa"/>
            </w:tcMar>
          </w:tcPr>
          <w:p w14:paraId="1E7F2F3A" w14:textId="77777777" w:rsidR="00B421FF" w:rsidRDefault="00000000">
            <w:r>
              <w:t>À ........................................</w:t>
            </w:r>
          </w:p>
        </w:tc>
        <w:tc>
          <w:tcPr>
            <w:tcW w:w="3475" w:type="dxa"/>
            <w:tcMar>
              <w:top w:w="100" w:type="dxa"/>
              <w:left w:w="80" w:type="dxa"/>
              <w:bottom w:w="100" w:type="dxa"/>
              <w:right w:w="80" w:type="dxa"/>
            </w:tcMar>
          </w:tcPr>
          <w:p w14:paraId="10438A95" w14:textId="77777777" w:rsidR="00B421FF" w:rsidRDefault="00000000">
            <w:r>
              <w:t>le ........................................</w:t>
            </w:r>
          </w:p>
        </w:tc>
        <w:tc>
          <w:tcPr>
            <w:tcW w:w="3475" w:type="dxa"/>
            <w:tcMar>
              <w:top w:w="100" w:type="dxa"/>
              <w:left w:w="80" w:type="dxa"/>
              <w:bottom w:w="100" w:type="dxa"/>
              <w:right w:w="80" w:type="dxa"/>
            </w:tcMar>
          </w:tcPr>
          <w:p w14:paraId="0A2826B0" w14:textId="77777777" w:rsidR="00B421FF" w:rsidRDefault="00000000">
            <w:r>
              <w:t>Signature du consommateur :</w:t>
            </w:r>
            <w:r>
              <w:br/>
              <w:t>........................................</w:t>
            </w:r>
          </w:p>
        </w:tc>
      </w:tr>
    </w:tbl>
    <w:p w14:paraId="3AFF84D6" w14:textId="77777777" w:rsidR="00B123AF" w:rsidRDefault="00000000">
      <w:pPr>
        <w:spacing w:before="140"/>
      </w:pPr>
      <w:r>
        <w:t>Remarque : L’utilisation de ce formulaire n’est pas obligatoire. La rétractation peut également être effectuée au moyen de la fonction de rétractation disponible dans l’interface web de la boutique conformément à l’article 5.8 des conditions générales de vente.</w:t>
      </w:r>
    </w:p>
    <w:sectPr w:rsidR="00B123AF" w:rsidSect="00034616">
      <w:pgSz w:w="12240" w:h="15840"/>
      <w:pgMar w:top="737" w:right="907" w:bottom="73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num w:numId="1" w16cid:durableId="656227595">
    <w:abstractNumId w:val="8"/>
  </w:num>
  <w:num w:numId="2" w16cid:durableId="3750678">
    <w:abstractNumId w:val="6"/>
  </w:num>
  <w:num w:numId="3" w16cid:durableId="146164702">
    <w:abstractNumId w:val="5"/>
  </w:num>
  <w:num w:numId="4" w16cid:durableId="1033923884">
    <w:abstractNumId w:val="4"/>
  </w:num>
  <w:num w:numId="5" w16cid:durableId="1610812226">
    <w:abstractNumId w:val="7"/>
  </w:num>
  <w:num w:numId="6" w16cid:durableId="510797837">
    <w:abstractNumId w:val="3"/>
  </w:num>
  <w:num w:numId="7" w16cid:durableId="249314370">
    <w:abstractNumId w:val="2"/>
  </w:num>
  <w:num w:numId="8" w16cid:durableId="813791217">
    <w:abstractNumId w:val="1"/>
  </w:num>
  <w:num w:numId="9" w16cid:durableId="95494918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47ED2"/>
    <w:rsid w:val="00434B9D"/>
    <w:rsid w:val="00AA1D8D"/>
    <w:rsid w:val="00B123AF"/>
    <w:rsid w:val="00B421FF"/>
    <w:rsid w:val="00B47730"/>
    <w:rsid w:val="00BC031E"/>
    <w:rsid w:val="00CB0664"/>
    <w:rsid w:val="00F80E4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23B4CA"/>
  <w14:defaultImageDpi w14:val="300"/>
  <w15:docId w15:val="{996B9EEA-3208-2E4B-A78B-CFCBC6687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C693F"/>
    <w:pPr>
      <w:spacing w:after="60"/>
    </w:pPr>
    <w:rPr>
      <w:rFonts w:ascii="Arial" w:hAnsi="Arial"/>
      <w:sz w:val="19"/>
    </w:rPr>
  </w:style>
  <w:style w:type="paragraph" w:styleId="Nadpis1">
    <w:name w:val="heading 1"/>
    <w:basedOn w:val="Normln"/>
    <w:next w:val="Normln"/>
    <w:link w:val="Nadpis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pPr>
      <w:spacing w:after="120"/>
    </w:pPr>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after="120"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pPr>
      <w:spacing w:after="120"/>
    </w:pPr>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spacing w:after="120"/>
      <w:ind w:left="360"/>
      <w:contextualSpacing/>
    </w:pPr>
  </w:style>
  <w:style w:type="paragraph" w:styleId="Pokraovnseznamu2">
    <w:name w:val="List Continue 2"/>
    <w:basedOn w:val="Normln"/>
    <w:uiPriority w:val="99"/>
    <w:unhideWhenUsed/>
    <w:rsid w:val="0029639D"/>
    <w:pPr>
      <w:spacing w:after="120"/>
      <w:ind w:left="720"/>
      <w:contextualSpacing/>
    </w:pPr>
  </w:style>
  <w:style w:type="paragraph" w:styleId="Pokraovnseznamu3">
    <w:name w:val="List Continue 3"/>
    <w:basedOn w:val="Normln"/>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 w:val="18"/>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textovodkaz">
    <w:name w:val="Hyperlink"/>
    <w:basedOn w:val="Standardnpsmoodstavce"/>
    <w:uiPriority w:val="99"/>
    <w:unhideWhenUsed/>
    <w:rsid w:val="00347ED2"/>
    <w:rPr>
      <w:color w:val="0000FF" w:themeColor="hyperlink"/>
      <w:u w:val="single"/>
    </w:rPr>
  </w:style>
  <w:style w:type="character" w:styleId="Nevyeenzmnka">
    <w:name w:val="Unresolved Mention"/>
    <w:basedOn w:val="Standardnpsmoodstavce"/>
    <w:uiPriority w:val="99"/>
    <w:semiHidden/>
    <w:unhideWhenUsed/>
    <w:rsid w:val="00347E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237</Words>
  <Characters>2494</Characters>
  <Application>Microsoft Office Word</Application>
  <DocSecurity>0</DocSecurity>
  <Lines>38</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Datamatrix s.r.o.</cp:lastModifiedBy>
  <cp:revision>2</cp:revision>
  <dcterms:created xsi:type="dcterms:W3CDTF">2026-10-04T17:44:00Z</dcterms:created>
  <dcterms:modified xsi:type="dcterms:W3CDTF">2026-10-04T17:44:00Z</dcterms:modified>
  <cp:category/>
</cp:coreProperties>
</file>