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B938DB" w14:textId="77777777" w:rsidR="00733DAD" w:rsidRDefault="00000000">
      <w:pPr>
        <w:jc w:val="center"/>
      </w:pPr>
      <w:r>
        <w:t>UITOEFENING VAN RECHTEN WEGENS GEBREKKIGE PRESTATIE (KLACHT / RECLAMATIE)</w:t>
      </w:r>
    </w:p>
    <w:tbl>
      <w:tblPr>
        <w:tblW w:w="0" w:type="auto"/>
        <w:jc w:val="center"/>
        <w:tblLayout w:type="fixed"/>
        <w:tblLook w:val="04A0" w:firstRow="1" w:lastRow="0" w:firstColumn="1" w:lastColumn="0" w:noHBand="0" w:noVBand="1"/>
      </w:tblPr>
      <w:tblGrid>
        <w:gridCol w:w="5270"/>
        <w:gridCol w:w="5270"/>
      </w:tblGrid>
      <w:tr w:rsidR="00733DAD" w14:paraId="62C7D082" w14:textId="77777777">
        <w:trPr>
          <w:jc w:val="center"/>
        </w:trPr>
        <w:tc>
          <w:tcPr>
            <w:tcW w:w="5270" w:type="dxa"/>
            <w:tcBorders>
              <w:top w:val="nil"/>
              <w:left w:val="nil"/>
              <w:bottom w:val="nil"/>
              <w:right w:val="nil"/>
            </w:tcBorders>
            <w:vAlign w:val="center"/>
          </w:tcPr>
          <w:p w14:paraId="43C6EBB8" w14:textId="77777777" w:rsidR="00F173C5" w:rsidRDefault="00000000">
            <w:r>
              <w:t>Voor- en achternaam: ........................................................</w:t>
            </w:r>
          </w:p>
        </w:tc>
        <w:tc>
          <w:tcPr>
            <w:tcW w:w="5270" w:type="dxa"/>
            <w:tcBorders>
              <w:top w:val="nil"/>
              <w:left w:val="nil"/>
              <w:bottom w:val="nil"/>
              <w:right w:val="nil"/>
            </w:tcBorders>
            <w:vAlign w:val="center"/>
          </w:tcPr>
          <w:p w14:paraId="414DDA98" w14:textId="77777777" w:rsidR="00733DAD" w:rsidRDefault="00000000">
            <w:pPr>
              <w:spacing w:after="0"/>
            </w:pPr>
            <w:r>
              <w:t>DATAMATRIX s.r.o.</w:t>
            </w:r>
          </w:p>
        </w:tc>
      </w:tr>
      <w:tr w:rsidR="00733DAD" w14:paraId="1A326C00" w14:textId="77777777">
        <w:trPr>
          <w:jc w:val="center"/>
        </w:trPr>
        <w:tc>
          <w:tcPr>
            <w:tcW w:w="5270" w:type="dxa"/>
            <w:tcBorders>
              <w:top w:val="nil"/>
              <w:left w:val="nil"/>
              <w:bottom w:val="nil"/>
              <w:right w:val="nil"/>
            </w:tcBorders>
            <w:vAlign w:val="center"/>
          </w:tcPr>
          <w:p w14:paraId="2696FC85" w14:textId="77777777" w:rsidR="00F173C5" w:rsidRDefault="00000000">
            <w:r>
              <w:t>Adres: ........................................................................</w:t>
            </w:r>
          </w:p>
        </w:tc>
        <w:tc>
          <w:tcPr>
            <w:tcW w:w="5270" w:type="dxa"/>
            <w:tcBorders>
              <w:top w:val="nil"/>
              <w:left w:val="nil"/>
              <w:bottom w:val="nil"/>
              <w:right w:val="nil"/>
            </w:tcBorders>
            <w:vAlign w:val="center"/>
          </w:tcPr>
          <w:p w14:paraId="0962465F" w14:textId="77777777" w:rsidR="00733DAD" w:rsidRDefault="00000000">
            <w:pPr>
              <w:spacing w:after="0"/>
            </w:pPr>
            <w:r>
              <w:t>IČ: 08220697</w:t>
            </w:r>
          </w:p>
        </w:tc>
      </w:tr>
      <w:tr w:rsidR="00733DAD" w14:paraId="6EDC4F75" w14:textId="77777777">
        <w:trPr>
          <w:jc w:val="center"/>
        </w:trPr>
        <w:tc>
          <w:tcPr>
            <w:tcW w:w="5270" w:type="dxa"/>
            <w:tcBorders>
              <w:top w:val="nil"/>
              <w:left w:val="nil"/>
              <w:bottom w:val="nil"/>
              <w:right w:val="nil"/>
            </w:tcBorders>
            <w:vAlign w:val="center"/>
          </w:tcPr>
          <w:p w14:paraId="1B660C67" w14:textId="77777777" w:rsidR="00F173C5" w:rsidRDefault="00000000">
            <w:r>
              <w:t>Telefoon / e-mail: ...........................................................</w:t>
            </w:r>
          </w:p>
        </w:tc>
        <w:tc>
          <w:tcPr>
            <w:tcW w:w="5270" w:type="dxa"/>
            <w:tcBorders>
              <w:top w:val="nil"/>
              <w:left w:val="nil"/>
              <w:bottom w:val="nil"/>
              <w:right w:val="nil"/>
            </w:tcBorders>
            <w:vAlign w:val="center"/>
          </w:tcPr>
          <w:p w14:paraId="34F67B13" w14:textId="77777777" w:rsidR="00733DAD" w:rsidRDefault="00000000">
            <w:pPr>
              <w:spacing w:after="0"/>
            </w:pPr>
            <w:r>
              <w:t>Na Folimance 2155/15, 120 00 Praha</w:t>
            </w:r>
          </w:p>
        </w:tc>
      </w:tr>
      <w:tr w:rsidR="00733DAD" w14:paraId="7FB522D5" w14:textId="77777777">
        <w:trPr>
          <w:jc w:val="center"/>
        </w:trPr>
        <w:tc>
          <w:tcPr>
            <w:tcW w:w="5270" w:type="dxa"/>
            <w:tcBorders>
              <w:top w:val="nil"/>
              <w:left w:val="nil"/>
              <w:bottom w:val="nil"/>
              <w:right w:val="nil"/>
            </w:tcBorders>
            <w:vAlign w:val="center"/>
          </w:tcPr>
          <w:p w14:paraId="14E12741" w14:textId="77777777" w:rsidR="00F173C5" w:rsidRDefault="00000000">
            <w:r>
              <w:t>Bestel-/bewijsnummer: ...........................................</w:t>
            </w:r>
          </w:p>
        </w:tc>
        <w:tc>
          <w:tcPr>
            <w:tcW w:w="5270" w:type="dxa"/>
            <w:tcBorders>
              <w:top w:val="nil"/>
              <w:left w:val="nil"/>
              <w:bottom w:val="nil"/>
              <w:right w:val="nil"/>
            </w:tcBorders>
            <w:vAlign w:val="center"/>
          </w:tcPr>
          <w:p w14:paraId="1CABA3BC" w14:textId="77777777" w:rsidR="00733DAD" w:rsidRDefault="00000000">
            <w:pPr>
              <w:spacing w:after="0"/>
            </w:pPr>
            <w:r>
              <w:t>info@eroute.cz</w:t>
            </w:r>
          </w:p>
        </w:tc>
      </w:tr>
    </w:tbl>
    <w:p w14:paraId="630646C7" w14:textId="77777777" w:rsidR="00733DAD" w:rsidRDefault="00000000">
      <w:r>
        <w:t>Datum van indiening van de reclamatie: ........................................</w:t>
      </w:r>
    </w:p>
    <w:p w14:paraId="02D634CF" w14:textId="77777777" w:rsidR="00733DAD" w:rsidRDefault="00000000">
      <w:r>
        <w:t>Gereclameerd apparaat:</w:t>
      </w:r>
    </w:p>
    <w:p w14:paraId="6EB4ADFB" w14:textId="77777777" w:rsidR="00733DAD" w:rsidRDefault="00000000">
      <w:r>
        <w:t>................................................................................................................................................................</w:t>
      </w:r>
    </w:p>
    <w:p w14:paraId="24836CA6" w14:textId="77777777" w:rsidR="00733DAD" w:rsidRDefault="00000000">
      <w:r>
        <w:t>Beschrijving van het gebrek:</w:t>
      </w:r>
    </w:p>
    <w:p w14:paraId="60EBED73" w14:textId="77777777" w:rsidR="00733DAD" w:rsidRDefault="00000000">
      <w:r>
        <w:t>................................................................................................................................................................</w:t>
      </w:r>
      <w:r>
        <w:br/>
        <w:t>................................................................................................................................................................</w:t>
      </w:r>
    </w:p>
    <w:p w14:paraId="56014A1D" w14:textId="77777777" w:rsidR="00733DAD" w:rsidRDefault="00000000">
      <w:r>
        <w:t>Gewenste wijze van afhandeling:</w:t>
      </w:r>
    </w:p>
    <w:p w14:paraId="0A85259C" w14:textId="77777777" w:rsidR="00733DAD" w:rsidRDefault="00000000">
      <w:r>
        <w:t>☐ reparatie     ☐ vervanging     ☐ ander verzoek: ................................................................................................</w:t>
      </w:r>
    </w:p>
    <w:p w14:paraId="31009ACE" w14:textId="77777777" w:rsidR="00733DAD" w:rsidRDefault="00000000">
      <w:r>
        <w:t>Wijze van overdracht van het gereclameerde apparaat voor beoordeling:</w:t>
      </w:r>
    </w:p>
    <w:p w14:paraId="7F3F8F19" w14:textId="77777777" w:rsidR="00733DAD" w:rsidRDefault="00000000">
      <w:r>
        <w:t>☐ Eroute-technicus     ☐ externe vervoerder     ☐ persoonlijk bij het Eroute-servicecentrum</w:t>
      </w:r>
    </w:p>
    <w:p w14:paraId="4461B01D" w14:textId="77777777" w:rsidR="00733DAD" w:rsidRDefault="00000000">
      <w:r>
        <w:t>Servicecentrum: Stará Kysibelská 695/73b, 360 20 Karlovy Vary 1</w:t>
      </w:r>
    </w:p>
    <w:tbl>
      <w:tblPr>
        <w:tblW w:w="0" w:type="auto"/>
        <w:jc w:val="center"/>
        <w:tblLayout w:type="fixed"/>
        <w:tblLook w:val="04A0" w:firstRow="1" w:lastRow="0" w:firstColumn="1" w:lastColumn="0" w:noHBand="0" w:noVBand="1"/>
      </w:tblPr>
      <w:tblGrid>
        <w:gridCol w:w="4195"/>
        <w:gridCol w:w="5556"/>
      </w:tblGrid>
      <w:tr w:rsidR="00733DAD" w14:paraId="7DE4A924" w14:textId="77777777">
        <w:trPr>
          <w:jc w:val="center"/>
        </w:trPr>
        <w:tc>
          <w:tcPr>
            <w:tcW w:w="4195" w:type="dxa"/>
          </w:tcPr>
          <w:p w14:paraId="72AE0FF0" w14:textId="77777777" w:rsidR="00F173C5" w:rsidRDefault="00000000">
            <w:r>
              <w:t>Afgesproken datum van vervoer / overdracht:</w:t>
            </w:r>
          </w:p>
        </w:tc>
        <w:tc>
          <w:tcPr>
            <w:tcW w:w="5556" w:type="dxa"/>
          </w:tcPr>
          <w:p w14:paraId="1AA66E5D" w14:textId="77777777" w:rsidR="00733DAD" w:rsidRDefault="00000000">
            <w:pPr>
              <w:spacing w:after="0"/>
            </w:pPr>
            <w:r>
              <w:t>........................................................</w:t>
            </w:r>
          </w:p>
        </w:tc>
      </w:tr>
      <w:tr w:rsidR="00733DAD" w14:paraId="14CBFCE6" w14:textId="77777777">
        <w:trPr>
          <w:jc w:val="center"/>
        </w:trPr>
        <w:tc>
          <w:tcPr>
            <w:tcW w:w="4195" w:type="dxa"/>
          </w:tcPr>
          <w:p w14:paraId="4839D598" w14:textId="77777777" w:rsidR="00F173C5" w:rsidRDefault="00000000">
            <w:r>
              <w:t>Datum van levering / overdracht aan de technicus:</w:t>
            </w:r>
          </w:p>
        </w:tc>
        <w:tc>
          <w:tcPr>
            <w:tcW w:w="5556" w:type="dxa"/>
          </w:tcPr>
          <w:p w14:paraId="6DC40A4C" w14:textId="77777777" w:rsidR="00733DAD" w:rsidRDefault="00000000">
            <w:pPr>
              <w:spacing w:after="0"/>
            </w:pPr>
            <w:r>
              <w:t>........................................................</w:t>
            </w:r>
          </w:p>
        </w:tc>
      </w:tr>
      <w:tr w:rsidR="00733DAD" w14:paraId="24AA9089" w14:textId="77777777">
        <w:trPr>
          <w:jc w:val="center"/>
        </w:trPr>
        <w:tc>
          <w:tcPr>
            <w:tcW w:w="4195" w:type="dxa"/>
          </w:tcPr>
          <w:p w14:paraId="70B1BD9F" w14:textId="77777777" w:rsidR="00F173C5" w:rsidRDefault="00000000">
            <w:r>
              <w:t>Afgesproken transportkosten:</w:t>
            </w:r>
          </w:p>
        </w:tc>
        <w:tc>
          <w:tcPr>
            <w:tcW w:w="5556" w:type="dxa"/>
          </w:tcPr>
          <w:p w14:paraId="6DC47432" w14:textId="77777777" w:rsidR="00733DAD" w:rsidRDefault="00000000">
            <w:pPr>
              <w:spacing w:after="0"/>
            </w:pPr>
            <w:r>
              <w:t>........................................ Kč</w:t>
            </w:r>
          </w:p>
        </w:tc>
      </w:tr>
    </w:tbl>
    <w:p w14:paraId="3E77A0AD" w14:textId="64198EB9" w:rsidR="00733DAD" w:rsidRDefault="00000000" w:rsidP="00A0313B">
      <w:r>
        <w:t xml:space="preserve">Informatie over overdracht en vervoer: Indien het vervoer met de verkoper wordt overeengekomen, worden de wijze, datum en prijs vooraf afgesproken en betaalt de klant de overeengekomen kosten vooraf. Indien de reclamatie gegrond wordt verklaard en een gebrek onder de garantie wordt bevestigd, worden de redelijk gemaakte kosten van het overeengekomen vervoer aan de klant vergoed. Voor de beoordeling van de reclamatie is de klant verplicht de inspectie van het gereclameerde apparaat mogelijk te maken. Zolang de klant niet de noodzakelijke medewerking verleent en de inspectie niet mogelijk maakt, kan de termijn van 30 dagen voor de afhandeling van de reclamatie niet lopen. Nadere bepalingen zijn opgenomen in artikel 7.13 van de algemene voorwaarden van </w:t>
      </w:r>
      <w:proofErr w:type="spellStart"/>
      <w:r>
        <w:t>Eroute</w:t>
      </w:r>
      <w:proofErr w:type="spellEnd"/>
      <w:r>
        <w:t xml:space="preserve">, </w:t>
      </w:r>
      <w:proofErr w:type="spellStart"/>
      <w:r>
        <w:t>beschikbaar</w:t>
      </w:r>
      <w:proofErr w:type="spellEnd"/>
      <w:r>
        <w:t xml:space="preserve"> op </w:t>
      </w:r>
      <w:r w:rsidR="00361118" w:rsidRPr="00361118">
        <w:t>https://www.eroute.be/algemene-voorwaarden/</w:t>
      </w:r>
      <w:r w:rsidR="00361118">
        <w:t>.</w:t>
      </w:r>
    </w:p>
    <w:p w14:paraId="0E5BDC93" w14:textId="77777777" w:rsidR="00B5348E" w:rsidRDefault="00B5348E" w:rsidP="00A0313B"/>
    <w:tbl>
      <w:tblPr>
        <w:tblW w:w="0" w:type="auto"/>
        <w:tblLayout w:type="fixed"/>
        <w:tblLook w:val="04A0" w:firstRow="1" w:lastRow="0" w:firstColumn="1" w:lastColumn="0" w:noHBand="0" w:noVBand="1"/>
      </w:tblPr>
      <w:tblGrid>
        <w:gridCol w:w="5270"/>
        <w:gridCol w:w="5270"/>
      </w:tblGrid>
      <w:tr w:rsidR="00733DAD" w14:paraId="1003F1AB" w14:textId="77777777">
        <w:tc>
          <w:tcPr>
            <w:tcW w:w="5270" w:type="dxa"/>
            <w:tcBorders>
              <w:top w:val="nil"/>
              <w:left w:val="nil"/>
              <w:bottom w:val="nil"/>
              <w:right w:val="nil"/>
            </w:tcBorders>
          </w:tcPr>
          <w:p w14:paraId="7529B111" w14:textId="77777777" w:rsidR="00F173C5" w:rsidRDefault="00000000">
            <w:r>
              <w:t>Plaats ................................ datum ...............................</w:t>
            </w:r>
          </w:p>
        </w:tc>
        <w:tc>
          <w:tcPr>
            <w:tcW w:w="5270" w:type="dxa"/>
            <w:tcBorders>
              <w:top w:val="nil"/>
              <w:left w:val="nil"/>
              <w:bottom w:val="nil"/>
              <w:right w:val="nil"/>
            </w:tcBorders>
          </w:tcPr>
          <w:p w14:paraId="5B7AC5D2" w14:textId="77777777" w:rsidR="00F173C5" w:rsidRDefault="00000000">
            <w:r>
              <w:t>Handtekening klant: ........................................</w:t>
            </w:r>
          </w:p>
        </w:tc>
      </w:tr>
      <w:tr w:rsidR="00733DAD" w14:paraId="6FBA3A95" w14:textId="77777777">
        <w:tc>
          <w:tcPr>
            <w:tcW w:w="5270" w:type="dxa"/>
            <w:tcBorders>
              <w:top w:val="nil"/>
              <w:left w:val="nil"/>
              <w:bottom w:val="nil"/>
              <w:right w:val="nil"/>
            </w:tcBorders>
          </w:tcPr>
          <w:p w14:paraId="025AE193" w14:textId="77777777" w:rsidR="00F173C5" w:rsidRDefault="00000000">
            <w:r>
              <w:t>Bijlage: kopie van het aankoopbewijs</w:t>
            </w:r>
          </w:p>
        </w:tc>
        <w:tc>
          <w:tcPr>
            <w:tcW w:w="5270" w:type="dxa"/>
            <w:tcBorders>
              <w:top w:val="nil"/>
              <w:left w:val="nil"/>
              <w:bottom w:val="nil"/>
              <w:right w:val="nil"/>
            </w:tcBorders>
          </w:tcPr>
          <w:p w14:paraId="738C7D92" w14:textId="77777777" w:rsidR="00733DAD" w:rsidRDefault="00733DAD">
            <w:pPr>
              <w:spacing w:after="0"/>
            </w:pPr>
          </w:p>
        </w:tc>
      </w:tr>
    </w:tbl>
    <w:p w14:paraId="56665027" w14:textId="77777777" w:rsidR="001A2B25" w:rsidRDefault="001A2B25"/>
    <w:sectPr w:rsidR="001A2B25" w:rsidSect="00034616">
      <w:pgSz w:w="12240" w:h="15840"/>
      <w:pgMar w:top="709"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49523224">
    <w:abstractNumId w:val="8"/>
  </w:num>
  <w:num w:numId="2" w16cid:durableId="607390651">
    <w:abstractNumId w:val="6"/>
  </w:num>
  <w:num w:numId="3" w16cid:durableId="1606696778">
    <w:abstractNumId w:val="5"/>
  </w:num>
  <w:num w:numId="4" w16cid:durableId="221870747">
    <w:abstractNumId w:val="4"/>
  </w:num>
  <w:num w:numId="5" w16cid:durableId="1377706594">
    <w:abstractNumId w:val="7"/>
  </w:num>
  <w:num w:numId="6" w16cid:durableId="503715057">
    <w:abstractNumId w:val="3"/>
  </w:num>
  <w:num w:numId="7" w16cid:durableId="241985965">
    <w:abstractNumId w:val="2"/>
  </w:num>
  <w:num w:numId="8" w16cid:durableId="2093700545">
    <w:abstractNumId w:val="1"/>
  </w:num>
  <w:num w:numId="9" w16cid:durableId="2381033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B25"/>
    <w:rsid w:val="0029639D"/>
    <w:rsid w:val="00326F90"/>
    <w:rsid w:val="00361118"/>
    <w:rsid w:val="00634BA2"/>
    <w:rsid w:val="00733DAD"/>
    <w:rsid w:val="007B53A4"/>
    <w:rsid w:val="00822A97"/>
    <w:rsid w:val="00A0313B"/>
    <w:rsid w:val="00AA1D8D"/>
    <w:rsid w:val="00B47730"/>
    <w:rsid w:val="00B5348E"/>
    <w:rsid w:val="00BC031E"/>
    <w:rsid w:val="00CB0664"/>
    <w:rsid w:val="00E64B24"/>
    <w:rsid w:val="00ED6C69"/>
    <w:rsid w:val="00F173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892BBC"/>
  <w14:defaultImageDpi w14:val="300"/>
  <w15:docId w15:val="{25533B9D-E61B-3247-8C28-58D7E1D1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40" w:line="240" w:lineRule="auto"/>
    </w:pPr>
    <w:rPr>
      <w:rFonts w:ascii="Arial" w:hAnsi="Arial"/>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ED6C69"/>
    <w:rPr>
      <w:color w:val="0000FF" w:themeColor="hyperlink"/>
      <w:u w:val="single"/>
    </w:rPr>
  </w:style>
  <w:style w:type="character" w:styleId="Nevyeenzmnka">
    <w:name w:val="Unresolved Mention"/>
    <w:basedOn w:val="Standardnpsmoodstavce"/>
    <w:uiPriority w:val="99"/>
    <w:semiHidden/>
    <w:unhideWhenUsed/>
    <w:rsid w:val="00ED6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2534</Characters>
  <Application>Microsoft Office Word</Application>
  <DocSecurity>0</DocSecurity>
  <Lines>39</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2</cp:revision>
  <dcterms:created xsi:type="dcterms:W3CDTF">2026-10-04T17:42:00Z</dcterms:created>
  <dcterms:modified xsi:type="dcterms:W3CDTF">2026-10-04T17:42:00Z</dcterms:modified>
  <cp:category/>
</cp:coreProperties>
</file>