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1A34466" w14:textId="77777777" w:rsidR="00733DAD" w:rsidRDefault="00000000">
      <w:pPr>
        <w:jc w:val="center"/>
      </w:pPr>
      <w:r>
        <w:t>EXERCICE DES DROITS EN CAS D’EXÉCUTION DÉFECTUEUSE (RÉCLAMATION)</w:t>
      </w:r>
    </w:p>
    <w:tbl>
      <w:tblPr>
        <w:tblW w:w="0" w:type="auto"/>
        <w:jc w:val="center"/>
        <w:tblLayout w:type="fixed"/>
        <w:tblLook w:val="04A0" w:firstRow="1" w:lastRow="0" w:firstColumn="1" w:lastColumn="0" w:noHBand="0" w:noVBand="1"/>
      </w:tblPr>
      <w:tblGrid>
        <w:gridCol w:w="5270"/>
        <w:gridCol w:w="5270"/>
      </w:tblGrid>
      <w:tr w:rsidR="00733DAD" w14:paraId="16FA8D51" w14:textId="77777777">
        <w:trPr>
          <w:jc w:val="center"/>
        </w:trPr>
        <w:tc>
          <w:tcPr>
            <w:tcW w:w="5270" w:type="dxa"/>
            <w:tcBorders>
              <w:top w:val="nil"/>
              <w:left w:val="nil"/>
              <w:bottom w:val="nil"/>
              <w:right w:val="nil"/>
            </w:tcBorders>
            <w:vAlign w:val="center"/>
          </w:tcPr>
          <w:p w14:paraId="0F83B4E1" w14:textId="77777777" w:rsidR="008C3E2D" w:rsidRDefault="00000000">
            <w:r>
              <w:t>Nom et prénom : ........................................................</w:t>
            </w:r>
          </w:p>
        </w:tc>
        <w:tc>
          <w:tcPr>
            <w:tcW w:w="5270" w:type="dxa"/>
            <w:tcBorders>
              <w:top w:val="nil"/>
              <w:left w:val="nil"/>
              <w:bottom w:val="nil"/>
              <w:right w:val="nil"/>
            </w:tcBorders>
            <w:vAlign w:val="center"/>
          </w:tcPr>
          <w:p w14:paraId="4ABEDB94" w14:textId="77777777" w:rsidR="00733DAD" w:rsidRDefault="00000000">
            <w:pPr>
              <w:spacing w:after="0"/>
            </w:pPr>
            <w:r>
              <w:t>DATAMATRIX s.r.o.</w:t>
            </w:r>
          </w:p>
        </w:tc>
      </w:tr>
      <w:tr w:rsidR="00733DAD" w14:paraId="5B856B7C" w14:textId="77777777">
        <w:trPr>
          <w:jc w:val="center"/>
        </w:trPr>
        <w:tc>
          <w:tcPr>
            <w:tcW w:w="5270" w:type="dxa"/>
            <w:tcBorders>
              <w:top w:val="nil"/>
              <w:left w:val="nil"/>
              <w:bottom w:val="nil"/>
              <w:right w:val="nil"/>
            </w:tcBorders>
            <w:vAlign w:val="center"/>
          </w:tcPr>
          <w:p w14:paraId="250C1A05" w14:textId="77777777" w:rsidR="008C3E2D" w:rsidRDefault="00000000">
            <w:r>
              <w:t>Adresse : ........................................................................</w:t>
            </w:r>
          </w:p>
        </w:tc>
        <w:tc>
          <w:tcPr>
            <w:tcW w:w="5270" w:type="dxa"/>
            <w:tcBorders>
              <w:top w:val="nil"/>
              <w:left w:val="nil"/>
              <w:bottom w:val="nil"/>
              <w:right w:val="nil"/>
            </w:tcBorders>
            <w:vAlign w:val="center"/>
          </w:tcPr>
          <w:p w14:paraId="5C4EF121" w14:textId="77777777" w:rsidR="00733DAD" w:rsidRDefault="00000000">
            <w:pPr>
              <w:spacing w:after="0"/>
            </w:pPr>
            <w:r>
              <w:t>IČ: 08220697</w:t>
            </w:r>
          </w:p>
        </w:tc>
      </w:tr>
      <w:tr w:rsidR="00733DAD" w14:paraId="29239A3B" w14:textId="77777777">
        <w:trPr>
          <w:jc w:val="center"/>
        </w:trPr>
        <w:tc>
          <w:tcPr>
            <w:tcW w:w="5270" w:type="dxa"/>
            <w:tcBorders>
              <w:top w:val="nil"/>
              <w:left w:val="nil"/>
              <w:bottom w:val="nil"/>
              <w:right w:val="nil"/>
            </w:tcBorders>
            <w:vAlign w:val="center"/>
          </w:tcPr>
          <w:p w14:paraId="28794E7D" w14:textId="77777777" w:rsidR="008C3E2D" w:rsidRDefault="00000000">
            <w:r>
              <w:t>Téléphone / e-mail : ...........................................................</w:t>
            </w:r>
          </w:p>
        </w:tc>
        <w:tc>
          <w:tcPr>
            <w:tcW w:w="5270" w:type="dxa"/>
            <w:tcBorders>
              <w:top w:val="nil"/>
              <w:left w:val="nil"/>
              <w:bottom w:val="nil"/>
              <w:right w:val="nil"/>
            </w:tcBorders>
            <w:vAlign w:val="center"/>
          </w:tcPr>
          <w:p w14:paraId="50C4CE1A" w14:textId="77777777" w:rsidR="00733DAD" w:rsidRDefault="00000000">
            <w:pPr>
              <w:spacing w:after="0"/>
            </w:pPr>
            <w:r>
              <w:t>Na Folimance 2155/15, 120 00 Praha</w:t>
            </w:r>
          </w:p>
        </w:tc>
      </w:tr>
      <w:tr w:rsidR="00733DAD" w14:paraId="4157DB69" w14:textId="77777777">
        <w:trPr>
          <w:jc w:val="center"/>
        </w:trPr>
        <w:tc>
          <w:tcPr>
            <w:tcW w:w="5270" w:type="dxa"/>
            <w:tcBorders>
              <w:top w:val="nil"/>
              <w:left w:val="nil"/>
              <w:bottom w:val="nil"/>
              <w:right w:val="nil"/>
            </w:tcBorders>
            <w:vAlign w:val="center"/>
          </w:tcPr>
          <w:p w14:paraId="55E09AA8" w14:textId="77777777" w:rsidR="008C3E2D" w:rsidRDefault="00000000">
            <w:r>
              <w:t>N° de commande / justificatif : ...........................................</w:t>
            </w:r>
          </w:p>
        </w:tc>
        <w:tc>
          <w:tcPr>
            <w:tcW w:w="5270" w:type="dxa"/>
            <w:tcBorders>
              <w:top w:val="nil"/>
              <w:left w:val="nil"/>
              <w:bottom w:val="nil"/>
              <w:right w:val="nil"/>
            </w:tcBorders>
            <w:vAlign w:val="center"/>
          </w:tcPr>
          <w:p w14:paraId="2499F4FA" w14:textId="77777777" w:rsidR="00733DAD" w:rsidRDefault="00000000">
            <w:pPr>
              <w:spacing w:after="0"/>
            </w:pPr>
            <w:r>
              <w:t>info@eroute.cz</w:t>
            </w:r>
          </w:p>
        </w:tc>
      </w:tr>
    </w:tbl>
    <w:p w14:paraId="628914A6" w14:textId="77777777" w:rsidR="00733DAD" w:rsidRDefault="00000000">
      <w:r>
        <w:t>Date d’introduction de la réclamation : ........................................</w:t>
      </w:r>
    </w:p>
    <w:p w14:paraId="3FEA0569" w14:textId="77777777" w:rsidR="00733DAD" w:rsidRDefault="00000000">
      <w:r>
        <w:t>Appareil faisant l’objet de la réclamation :</w:t>
      </w:r>
    </w:p>
    <w:p w14:paraId="0FDE7692" w14:textId="77777777" w:rsidR="00733DAD" w:rsidRDefault="00000000">
      <w:r>
        <w:t>................................................................................................................................................................</w:t>
      </w:r>
    </w:p>
    <w:p w14:paraId="64778851" w14:textId="77777777" w:rsidR="00733DAD" w:rsidRDefault="00000000">
      <w:r>
        <w:t>Description du défaut :</w:t>
      </w:r>
    </w:p>
    <w:p w14:paraId="58B57DFD" w14:textId="77777777" w:rsidR="00733DAD" w:rsidRDefault="00000000">
      <w:r>
        <w:t>................................................................................................................................................................</w:t>
      </w:r>
      <w:r>
        <w:br/>
        <w:t>................................................................................................................................................................</w:t>
      </w:r>
    </w:p>
    <w:p w14:paraId="45AF48B3" w14:textId="77777777" w:rsidR="00733DAD" w:rsidRDefault="00000000">
      <w:r>
        <w:t>Mode de traitement souhaité :</w:t>
      </w:r>
    </w:p>
    <w:p w14:paraId="7084C32E" w14:textId="77777777" w:rsidR="00733DAD" w:rsidRDefault="00000000">
      <w:r>
        <w:t>☐ réparation     ☐ remplacement     ☐ autre demande : ................................................................................................</w:t>
      </w:r>
    </w:p>
    <w:p w14:paraId="3040B8D8" w14:textId="77777777" w:rsidR="00733DAD" w:rsidRDefault="00000000">
      <w:r>
        <w:t>Mode de remise de l’appareil pour examen :</w:t>
      </w:r>
    </w:p>
    <w:p w14:paraId="3DFFF6FC" w14:textId="77777777" w:rsidR="00733DAD" w:rsidRDefault="00000000">
      <w:r>
        <w:t>☐ technicien Eroute     ☐ transporteur externe     ☐ remise en personne au centre de service Eroute</w:t>
      </w:r>
    </w:p>
    <w:p w14:paraId="1FB2E416" w14:textId="77777777" w:rsidR="00733DAD" w:rsidRDefault="00000000">
      <w:r>
        <w:t>Centre de service : Stará Kysibelská 695/73b, 360 20 Karlovy Vary 1</w:t>
      </w:r>
    </w:p>
    <w:tbl>
      <w:tblPr>
        <w:tblW w:w="0" w:type="auto"/>
        <w:jc w:val="center"/>
        <w:tblLayout w:type="fixed"/>
        <w:tblLook w:val="04A0" w:firstRow="1" w:lastRow="0" w:firstColumn="1" w:lastColumn="0" w:noHBand="0" w:noVBand="1"/>
      </w:tblPr>
      <w:tblGrid>
        <w:gridCol w:w="4195"/>
        <w:gridCol w:w="5556"/>
      </w:tblGrid>
      <w:tr w:rsidR="00733DAD" w14:paraId="1DF50D7A" w14:textId="77777777">
        <w:trPr>
          <w:jc w:val="center"/>
        </w:trPr>
        <w:tc>
          <w:tcPr>
            <w:tcW w:w="4195" w:type="dxa"/>
          </w:tcPr>
          <w:p w14:paraId="2CE4DEDC" w14:textId="77777777" w:rsidR="008C3E2D" w:rsidRDefault="00000000">
            <w:r>
              <w:t>Date convenue du transport / de la remise :</w:t>
            </w:r>
          </w:p>
        </w:tc>
        <w:tc>
          <w:tcPr>
            <w:tcW w:w="5556" w:type="dxa"/>
          </w:tcPr>
          <w:p w14:paraId="6346609B" w14:textId="77777777" w:rsidR="00733DAD" w:rsidRDefault="00000000">
            <w:pPr>
              <w:spacing w:after="0"/>
            </w:pPr>
            <w:r>
              <w:t>........................................................</w:t>
            </w:r>
          </w:p>
        </w:tc>
      </w:tr>
      <w:tr w:rsidR="00733DAD" w14:paraId="28C794E1" w14:textId="77777777">
        <w:trPr>
          <w:jc w:val="center"/>
        </w:trPr>
        <w:tc>
          <w:tcPr>
            <w:tcW w:w="4195" w:type="dxa"/>
          </w:tcPr>
          <w:p w14:paraId="5D12BBC3" w14:textId="77777777" w:rsidR="008C3E2D" w:rsidRDefault="00000000">
            <w:r>
              <w:t>Date de livraison / remise au technicien :</w:t>
            </w:r>
          </w:p>
        </w:tc>
        <w:tc>
          <w:tcPr>
            <w:tcW w:w="5556" w:type="dxa"/>
          </w:tcPr>
          <w:p w14:paraId="32BA1BC1" w14:textId="77777777" w:rsidR="00733DAD" w:rsidRDefault="00000000">
            <w:pPr>
              <w:spacing w:after="0"/>
            </w:pPr>
            <w:r>
              <w:t>........................................................</w:t>
            </w:r>
          </w:p>
        </w:tc>
      </w:tr>
      <w:tr w:rsidR="00733DAD" w14:paraId="4041742A" w14:textId="77777777">
        <w:trPr>
          <w:jc w:val="center"/>
        </w:trPr>
        <w:tc>
          <w:tcPr>
            <w:tcW w:w="4195" w:type="dxa"/>
          </w:tcPr>
          <w:p w14:paraId="0BA74672" w14:textId="77777777" w:rsidR="008C3E2D" w:rsidRDefault="00000000">
            <w:r>
              <w:t>Frais de transport convenus :</w:t>
            </w:r>
          </w:p>
        </w:tc>
        <w:tc>
          <w:tcPr>
            <w:tcW w:w="5556" w:type="dxa"/>
          </w:tcPr>
          <w:p w14:paraId="2B463A90" w14:textId="77777777" w:rsidR="00733DAD" w:rsidRDefault="00000000">
            <w:pPr>
              <w:spacing w:after="0"/>
            </w:pPr>
            <w:r>
              <w:t>........................................ Kč</w:t>
            </w:r>
          </w:p>
        </w:tc>
      </w:tr>
    </w:tbl>
    <w:p w14:paraId="2A123E89" w14:textId="0C32DDD0" w:rsidR="00733DAD" w:rsidRDefault="00000000" w:rsidP="00A0313B">
      <w:r>
        <w:t xml:space="preserve">Informations relatives à la remise et au transport : Si le transport est convenu avec le vendeur, son mode, sa date et son prix sont fixés à l’avance et les frais convenus sont payés à l’avance par le client. Si la réclamation est reconnue comme justifiée et qu’un défaut couvert par la garantie est confirmé, les frais raisonnablement engagés pour le transport convenu seront remboursés au client. Pour permettre l’examen de la réclamation, le client est tenu de permettre l’inspection de l’appareil concerné. Tant que le client ne fournit pas la coopération nécessaire et ne permet pas cette inspection, le délai de 30 jours pour le traitement de la réclamation ne peut pas courir. Les détails sont précisés à l’article 7.13 des conditions générales d’Eroute </w:t>
      </w:r>
      <w:proofErr w:type="spellStart"/>
      <w:r>
        <w:t>disponibles</w:t>
      </w:r>
      <w:proofErr w:type="spellEnd"/>
      <w:r>
        <w:t xml:space="preserve"> à </w:t>
      </w:r>
      <w:proofErr w:type="spellStart"/>
      <w:r>
        <w:t>l’adresse</w:t>
      </w:r>
      <w:proofErr w:type="spellEnd"/>
      <w:r>
        <w:t xml:space="preserve"> </w:t>
      </w:r>
      <w:r w:rsidR="00E23122" w:rsidRPr="00E23122">
        <w:t>https://www.eroute.be/fr/algemene-voorwaarden/</w:t>
      </w:r>
      <w:r w:rsidR="00E23122">
        <w:t>.</w:t>
      </w:r>
    </w:p>
    <w:p w14:paraId="18F5C7FE" w14:textId="77777777" w:rsidR="00B5348E" w:rsidRDefault="00B5348E" w:rsidP="00A0313B"/>
    <w:tbl>
      <w:tblPr>
        <w:tblW w:w="0" w:type="auto"/>
        <w:tblLayout w:type="fixed"/>
        <w:tblLook w:val="04A0" w:firstRow="1" w:lastRow="0" w:firstColumn="1" w:lastColumn="0" w:noHBand="0" w:noVBand="1"/>
      </w:tblPr>
      <w:tblGrid>
        <w:gridCol w:w="5270"/>
        <w:gridCol w:w="5270"/>
      </w:tblGrid>
      <w:tr w:rsidR="00733DAD" w14:paraId="35B46C15" w14:textId="77777777">
        <w:tc>
          <w:tcPr>
            <w:tcW w:w="5270" w:type="dxa"/>
            <w:tcBorders>
              <w:top w:val="nil"/>
              <w:left w:val="nil"/>
              <w:bottom w:val="nil"/>
              <w:right w:val="nil"/>
            </w:tcBorders>
          </w:tcPr>
          <w:p w14:paraId="280613EC" w14:textId="77777777" w:rsidR="008C3E2D" w:rsidRDefault="00000000">
            <w:r>
              <w:t>À ................................, le ...............................</w:t>
            </w:r>
          </w:p>
        </w:tc>
        <w:tc>
          <w:tcPr>
            <w:tcW w:w="5270" w:type="dxa"/>
            <w:tcBorders>
              <w:top w:val="nil"/>
              <w:left w:val="nil"/>
              <w:bottom w:val="nil"/>
              <w:right w:val="nil"/>
            </w:tcBorders>
          </w:tcPr>
          <w:p w14:paraId="0C370480" w14:textId="77777777" w:rsidR="008C3E2D" w:rsidRDefault="00000000">
            <w:r>
              <w:t>Signature du client : ........................................</w:t>
            </w:r>
          </w:p>
        </w:tc>
      </w:tr>
      <w:tr w:rsidR="00733DAD" w14:paraId="27DCA54D" w14:textId="77777777">
        <w:tc>
          <w:tcPr>
            <w:tcW w:w="5270" w:type="dxa"/>
            <w:tcBorders>
              <w:top w:val="nil"/>
              <w:left w:val="nil"/>
              <w:bottom w:val="nil"/>
              <w:right w:val="nil"/>
            </w:tcBorders>
          </w:tcPr>
          <w:p w14:paraId="65A32357" w14:textId="77777777" w:rsidR="008C3E2D" w:rsidRDefault="00000000">
            <w:r>
              <w:t>Pièce jointe : copie du justificatif d’achat</w:t>
            </w:r>
          </w:p>
        </w:tc>
        <w:tc>
          <w:tcPr>
            <w:tcW w:w="5270" w:type="dxa"/>
            <w:tcBorders>
              <w:top w:val="nil"/>
              <w:left w:val="nil"/>
              <w:bottom w:val="nil"/>
              <w:right w:val="nil"/>
            </w:tcBorders>
          </w:tcPr>
          <w:p w14:paraId="3E8FA5E9" w14:textId="77777777" w:rsidR="00733DAD" w:rsidRDefault="00733DAD">
            <w:pPr>
              <w:spacing w:after="0"/>
            </w:pPr>
          </w:p>
        </w:tc>
      </w:tr>
    </w:tbl>
    <w:p w14:paraId="56BE43A7" w14:textId="77777777" w:rsidR="001A2B25" w:rsidRDefault="001A2B25"/>
    <w:sectPr w:rsidR="001A2B25" w:rsidSect="00034616">
      <w:pgSz w:w="12240" w:h="15840"/>
      <w:pgMar w:top="709" w:right="850" w:bottom="680" w:left="8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2049523224">
    <w:abstractNumId w:val="8"/>
  </w:num>
  <w:num w:numId="2" w16cid:durableId="607390651">
    <w:abstractNumId w:val="6"/>
  </w:num>
  <w:num w:numId="3" w16cid:durableId="1606696778">
    <w:abstractNumId w:val="5"/>
  </w:num>
  <w:num w:numId="4" w16cid:durableId="221870747">
    <w:abstractNumId w:val="4"/>
  </w:num>
  <w:num w:numId="5" w16cid:durableId="1377706594">
    <w:abstractNumId w:val="7"/>
  </w:num>
  <w:num w:numId="6" w16cid:durableId="503715057">
    <w:abstractNumId w:val="3"/>
  </w:num>
  <w:num w:numId="7" w16cid:durableId="241985965">
    <w:abstractNumId w:val="2"/>
  </w:num>
  <w:num w:numId="8" w16cid:durableId="2093700545">
    <w:abstractNumId w:val="1"/>
  </w:num>
  <w:num w:numId="9" w16cid:durableId="2381033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2B25"/>
    <w:rsid w:val="0029639D"/>
    <w:rsid w:val="00326F90"/>
    <w:rsid w:val="0039491A"/>
    <w:rsid w:val="00634BA2"/>
    <w:rsid w:val="00733DAD"/>
    <w:rsid w:val="007B53A4"/>
    <w:rsid w:val="008C3E2D"/>
    <w:rsid w:val="00A0313B"/>
    <w:rsid w:val="00AA1D8D"/>
    <w:rsid w:val="00B47730"/>
    <w:rsid w:val="00B5348E"/>
    <w:rsid w:val="00BC031E"/>
    <w:rsid w:val="00CB0664"/>
    <w:rsid w:val="00E23122"/>
    <w:rsid w:val="00E64B24"/>
    <w:rsid w:val="00ED6C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D26D2F"/>
  <w14:defaultImageDpi w14:val="300"/>
  <w15:docId w15:val="{25533B9D-E61B-3247-8C28-58D7E1D1C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40" w:line="240" w:lineRule="auto"/>
    </w:pPr>
    <w:rPr>
      <w:rFonts w:ascii="Arial" w:hAnsi="Arial"/>
      <w:sz w:val="18"/>
    </w:rPr>
  </w:style>
  <w:style w:type="paragraph" w:styleId="Nadpis1">
    <w:name w:val="heading 1"/>
    <w:basedOn w:val="Normln"/>
    <w:next w:val="Normln"/>
    <w:link w:val="Nadpis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rPr>
      <w:b/>
      <w:bCs/>
      <w:color w:val="4F81BD" w:themeColor="accent1"/>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textovodkaz">
    <w:name w:val="Hyperlink"/>
    <w:basedOn w:val="Standardnpsmoodstavce"/>
    <w:uiPriority w:val="99"/>
    <w:unhideWhenUsed/>
    <w:rsid w:val="00ED6C69"/>
    <w:rPr>
      <w:color w:val="0000FF" w:themeColor="hyperlink"/>
      <w:u w:val="single"/>
    </w:rPr>
  </w:style>
  <w:style w:type="character" w:styleId="Nevyeenzmnka">
    <w:name w:val="Unresolved Mention"/>
    <w:basedOn w:val="Standardnpsmoodstavce"/>
    <w:uiPriority w:val="99"/>
    <w:semiHidden/>
    <w:unhideWhenUsed/>
    <w:rsid w:val="00ED6C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242</Words>
  <Characters>2541</Characters>
  <Application>Microsoft Office Word</Application>
  <DocSecurity>0</DocSecurity>
  <Lines>39</Lines>
  <Paragraphs>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Datamatrix s.r.o.</cp:lastModifiedBy>
  <cp:revision>2</cp:revision>
  <dcterms:created xsi:type="dcterms:W3CDTF">2026-10-04T17:46:00Z</dcterms:created>
  <dcterms:modified xsi:type="dcterms:W3CDTF">2026-10-04T17:46:00Z</dcterms:modified>
  <cp:category/>
</cp:coreProperties>
</file>